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הגיליונות השונים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לחיים בישראל ולחגים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כותרות והבנת תוכן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כנסת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לקופת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בגיליון על יום הסובלנות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הגיליון אומר שברכבת נוסעים מהר ובלי פקקים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לפי התאריכים בגיליונות הסיגד חל בנובמבר וחנוכה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הגיליון הראשון עוסק בשבוע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הגיליון עוסק בקניות בסופר ובשוק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קורה בחנוכה, לא בפורים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(מדליקים נר ראשון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(בוחרים כנסת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(געגועים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(קונים אוכל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(הולכים לרופא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(תחפושות ומשלוח 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– סיפורים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הבחירות – איך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קופת חולים – הצעד הראשון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הגשם הראשון – החורף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געגועים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גיליון קיים, כותב/ת 3 משפטים קוהרנטיים עם לפחות שתי מילות אוצר מילים מהגיליון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חג שמוזכר בעמוד, כמו חנוכה, פורים, סיגד או ט״ו בשבט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כנסת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קופת חולים - בריאות ורופאים, סופר - קניית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את רשימת הגיליונות ולבקש שיבחרו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מילון המונחים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לתלמידים להסתכל על התאריכים בכותרות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גיליונות. כל גיליון מדבר על נושא אחד, כמו חג, אוכל, רופא או עבודה. בדף הזה נלמד מילים מהגיליונות ונתרגל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לבוא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שעוזר כשחולים או צריכים רופא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אנשים שונים ולא לכעוס עליהם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הליכה ליד 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קטנה שקונים בה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כדי לקבל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תחבורה שנוסע על פסים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חג מדליקים נרות שמונה ימים?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חוגגים בט״ו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הסובלנות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חג קשור לירושלים במיוחד?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הולכים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לקופת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לתחנת 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הסובלנות אומרים שכולם שונים וכולם שווים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ברכבת בישראל יש הרבה פקקים כמו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לפני חג החנוכה בלוח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הגיליון הראשון באתר עוסק בחיפוש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בגיליון על הסופר אפשר ללמוד איפה קונים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הוא חג שבו מדליקים נר ראשון בערב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מדליקים נר ראשון בערב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מקום שעוזר כשצריך רופא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ה__________ בוחרים כנסת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ה__________ הוא חג של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אפשר לנסוע מצפון ועד דרום בלי פקקים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הציבורית היא בית חם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גיליון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גיליון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קונים אוכל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יום הבחירות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תחפושות ומשלוח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גיליון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הולכים לרופא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גיליון בסופר ובשוק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געגועים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גיליון אצל הרופא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מדליקים נר ראשון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גיליון פורים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בוחרים כנסת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געגועים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העלייה – סיפורים מכל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– החורף מגיע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הבחירות – איך 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חולים – הצעד הראשון בארץ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גיליון אחד מהרשימה שמעניין אתכם, וכתבו שלושה משפטים על הנושא שלו בעזרת מילים חדשות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חג אחד שהופיע בגיליונות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קופת חולים לסופר?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עברית בקלות – גיליונות על החיים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