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עברית בקלות – גיליונות על החיים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נושאי הגיליונות השונים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לחיים בישראל ולחגים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כותרות והבנת תוכן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ראש השנה לאילנות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בוחרים כנסת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בגיליון על יום הסובלנות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הגיליון אומר שברכבת נוסעים מהר ובלי פקקים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הגיליון הראשון עוסק בשבוע העלייה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קופת 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גיליון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(מדליקים נר ראשון בערב)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(בוחרים כנסת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(געגועים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(קונים אוכל בעברית)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העלייה – סיפורים מכל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הבחירות – איך מצביעים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קופת חולים – הצעד הראשון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הגשם הראשון – החורף מגיע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גיליון קיים, כותב/ת 3 משפטים קוהרנטיים עם לפחות שתי מילות אוצר מילים מהגיליון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חג שמוזכר בעמוד, כמו חנוכה, פורים, סיגד או ט״ו בשבט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כנסת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קופת חולים - בריאות ורופאים, סופר - קניית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להראות לתלמידים את רשימת הגיליונות ולבקש שיבחרו אחד להעמקה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את מילון המונחים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 כדאי להזכיר לתלמידים להסתכל על התאריכים בכותרות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עברית בקלות – גיליונות על החיים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יש גיליונות רבים, וכל גיליון עוסק בנושא אחד מהחיים בישראל – מהעלייה ועד החגים ועד החיי היומיום. בדף הזה נתרגל את הנושאים ואת המילים החדשות מהגיליונות.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חנוכה  ·  בחירות  ·  קופת חולים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חג מדליקים נרות שמונה ימים?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חוגגים בט״ו בשבט?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הסובלנות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 השנה לאילנות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קונים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בוחרים כנסת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הולכים לרופא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הסובלנות אומרים שכולם שונים וכולם שווים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ברכבת בישראל יש הרבה פקקים כמו בכביש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הגיליון הראשון באתר עוסק בחיפוש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ב__________ מדליקים נר ראשון בערב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היא מקום שעוזר כשצריך רופא או תרופות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ביום ה__________ בוחרים כנסת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גיליון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גיליון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געגועים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גיליון יום הבחירות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קונים אוכל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גיליון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מדליקים נר ראשון בערב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גיליון בסופר ובשוק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בוחרים כנסת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התאריך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הגשם הראשון – החורף מגיע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 העלייה – סיפורים מכל העולם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הבחירות – איך מצביעים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קופת חולים – הצעד הראשון בארץ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גיליון אחד מהרשימה שמעניין אתכם, וכתבו שלושה משפטים על הנושא שלו בעזרת מילים חדשות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שם של חג אחד שהופיע בגיליונות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ביום הבחירות?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עברית בקלות – גיליונות על החיים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